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57" w:type="dxa"/>
        <w:tblLook w:val="04A0" w:firstRow="1" w:lastRow="0" w:firstColumn="1" w:lastColumn="0" w:noHBand="0" w:noVBand="1"/>
      </w:tblPr>
      <w:tblGrid>
        <w:gridCol w:w="3476"/>
        <w:gridCol w:w="4005"/>
        <w:gridCol w:w="3476"/>
      </w:tblGrid>
      <w:tr w:rsidR="00C40875" w14:paraId="1B175831" w14:textId="77777777" w:rsidTr="00E9719D">
        <w:trPr>
          <w:trHeight w:val="1904"/>
        </w:trPr>
        <w:tc>
          <w:tcPr>
            <w:tcW w:w="3476" w:type="dxa"/>
            <w:tcBorders>
              <w:top w:val="nil"/>
              <w:left w:val="nil"/>
              <w:bottom w:val="nil"/>
              <w:right w:val="nil"/>
            </w:tcBorders>
          </w:tcPr>
          <w:p w14:paraId="0EEFDE98" w14:textId="605F824C" w:rsidR="00C40875" w:rsidRDefault="00C40875">
            <w:pPr>
              <w:jc w:val="center"/>
              <w:rPr>
                <w:b/>
                <w:sz w:val="34"/>
              </w:rPr>
            </w:pPr>
            <w:r>
              <w:rPr>
                <w:b/>
                <w:noProof/>
                <w:sz w:val="34"/>
              </w:rPr>
              <w:drawing>
                <wp:inline distT="0" distB="0" distL="0" distR="0" wp14:anchorId="4B167D71" wp14:editId="38D73E1B">
                  <wp:extent cx="1134110" cy="1146175"/>
                  <wp:effectExtent l="0" t="0" r="8890" b="0"/>
                  <wp:docPr id="12250872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14:paraId="3152E0BF" w14:textId="77777777" w:rsidR="00C40875" w:rsidRPr="00E9719D" w:rsidRDefault="00C40875" w:rsidP="00C40875">
            <w:pPr>
              <w:jc w:val="center"/>
              <w:rPr>
                <w:sz w:val="36"/>
                <w:szCs w:val="36"/>
              </w:rPr>
            </w:pPr>
            <w:r w:rsidRPr="00E9719D">
              <w:rPr>
                <w:b/>
                <w:sz w:val="36"/>
                <w:szCs w:val="36"/>
              </w:rPr>
              <w:t>NORTHFIELD POLICE DEPARTMENT</w:t>
            </w:r>
          </w:p>
          <w:p w14:paraId="5384C55E" w14:textId="77777777" w:rsidR="00C40875" w:rsidRDefault="00C40875" w:rsidP="00C40875">
            <w:pPr>
              <w:spacing w:after="40"/>
              <w:jc w:val="center"/>
            </w:pPr>
            <w:r>
              <w:rPr>
                <w:b/>
                <w:sz w:val="26"/>
              </w:rPr>
              <w:t>PUBLIC SERVICE REPORT</w:t>
            </w:r>
          </w:p>
          <w:p w14:paraId="27949A04" w14:textId="77777777" w:rsidR="00C40875" w:rsidRDefault="00C40875" w:rsidP="00C40875">
            <w:pPr>
              <w:spacing w:after="120"/>
              <w:jc w:val="center"/>
            </w:pPr>
            <w:r>
              <w:rPr>
                <w:i/>
              </w:rPr>
              <w:t>Your Voice Matters</w:t>
            </w:r>
          </w:p>
          <w:p w14:paraId="233B1768" w14:textId="77777777" w:rsidR="00C40875" w:rsidRDefault="00C40875">
            <w:pPr>
              <w:jc w:val="center"/>
              <w:rPr>
                <w:b/>
                <w:sz w:val="34"/>
              </w:rPr>
            </w:pPr>
          </w:p>
        </w:tc>
        <w:tc>
          <w:tcPr>
            <w:tcW w:w="3476" w:type="dxa"/>
            <w:tcBorders>
              <w:top w:val="nil"/>
              <w:left w:val="nil"/>
              <w:bottom w:val="nil"/>
              <w:right w:val="nil"/>
            </w:tcBorders>
          </w:tcPr>
          <w:p w14:paraId="2CFDAE60" w14:textId="389C4B12" w:rsidR="00C40875" w:rsidRDefault="00C40875">
            <w:pPr>
              <w:jc w:val="center"/>
              <w:rPr>
                <w:b/>
                <w:sz w:val="34"/>
              </w:rPr>
            </w:pPr>
            <w:r>
              <w:rPr>
                <w:b/>
                <w:noProof/>
                <w:sz w:val="34"/>
              </w:rPr>
              <w:drawing>
                <wp:inline distT="0" distB="0" distL="0" distR="0" wp14:anchorId="5EF8C070" wp14:editId="07FB6CCC">
                  <wp:extent cx="1225550" cy="1249680"/>
                  <wp:effectExtent l="0" t="0" r="0" b="7620"/>
                  <wp:docPr id="20508857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351E4C" w14:textId="77777777" w:rsidR="00D11A3F" w:rsidRPr="00E9719D" w:rsidRDefault="00752A91">
      <w:pPr>
        <w:spacing w:after="100"/>
        <w:rPr>
          <w:sz w:val="22"/>
        </w:rPr>
      </w:pPr>
      <w:r w:rsidRPr="00E9719D">
        <w:rPr>
          <w:sz w:val="22"/>
        </w:rPr>
        <w:t>The Northfield Police Department values the feedback and involvement of the community we serve. Use this form to submit a complaint, suggestion, commendation, or other feedback regarding Department services or personnel.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56"/>
        <w:gridCol w:w="2659"/>
        <w:gridCol w:w="2658"/>
        <w:gridCol w:w="2653"/>
        <w:gridCol w:w="30"/>
      </w:tblGrid>
      <w:tr w:rsidR="00D11A3F" w:rsidRPr="00E9719D" w14:paraId="47549AD7" w14:textId="77777777">
        <w:trPr>
          <w:gridAfter w:val="1"/>
          <w:wAfter w:w="30" w:type="dxa"/>
          <w:jc w:val="center"/>
        </w:trPr>
        <w:tc>
          <w:tcPr>
            <w:tcW w:w="10656" w:type="dxa"/>
            <w:gridSpan w:val="4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0D7F166" w14:textId="77777777" w:rsidR="00D11A3F" w:rsidRPr="00E9719D" w:rsidRDefault="00752A91">
            <w:pPr>
              <w:rPr>
                <w:sz w:val="22"/>
              </w:rPr>
            </w:pPr>
            <w:r w:rsidRPr="00E9719D">
              <w:rPr>
                <w:b/>
                <w:sz w:val="22"/>
              </w:rPr>
              <w:t>TYPE OF FEEDBACK</w:t>
            </w:r>
          </w:p>
        </w:tc>
      </w:tr>
      <w:tr w:rsidR="00D11A3F" w:rsidRPr="00E9719D" w14:paraId="2A21EC5B" w14:textId="77777777">
        <w:trPr>
          <w:jc w:val="center"/>
        </w:trPr>
        <w:tc>
          <w:tcPr>
            <w:tcW w:w="2664" w:type="dxa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13C50893" w14:textId="4FAC095F" w:rsidR="00D11A3F" w:rsidRPr="00E9719D" w:rsidRDefault="00F3682B">
            <w:pPr>
              <w:jc w:val="center"/>
              <w:rPr>
                <w:sz w:val="22"/>
              </w:rPr>
            </w:pPr>
            <w:r>
              <w:rPr>
                <w:sz w:val="22"/>
              </w:rPr>
              <w:br/>
            </w:r>
            <w:r w:rsidR="00752A91" w:rsidRPr="00E9719D">
              <w:rPr>
                <w:sz w:val="22"/>
              </w:rPr>
              <w:t>☐</w:t>
            </w:r>
            <w:r w:rsidR="00752A91" w:rsidRPr="00E9719D">
              <w:rPr>
                <w:sz w:val="22"/>
              </w:rPr>
              <w:t xml:space="preserve"> Complaint / Concern</w:t>
            </w:r>
          </w:p>
        </w:tc>
        <w:tc>
          <w:tcPr>
            <w:tcW w:w="2664" w:type="dxa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08E6AC9F" w14:textId="15F06612" w:rsidR="00D11A3F" w:rsidRPr="00E9719D" w:rsidRDefault="00F3682B">
            <w:pPr>
              <w:jc w:val="center"/>
              <w:rPr>
                <w:sz w:val="22"/>
              </w:rPr>
            </w:pPr>
            <w:r>
              <w:rPr>
                <w:sz w:val="22"/>
              </w:rPr>
              <w:br/>
            </w:r>
            <w:r w:rsidR="00752A91" w:rsidRPr="00E9719D">
              <w:rPr>
                <w:sz w:val="22"/>
              </w:rPr>
              <w:t>☐</w:t>
            </w:r>
            <w:r w:rsidR="00752A91" w:rsidRPr="00E9719D">
              <w:rPr>
                <w:sz w:val="22"/>
              </w:rPr>
              <w:t xml:space="preserve"> Suggestion / Recommendation</w:t>
            </w:r>
          </w:p>
        </w:tc>
        <w:tc>
          <w:tcPr>
            <w:tcW w:w="2664" w:type="dxa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1479129A" w14:textId="42886AE0" w:rsidR="00D11A3F" w:rsidRPr="00E9719D" w:rsidRDefault="00F3682B">
            <w:pPr>
              <w:jc w:val="center"/>
              <w:rPr>
                <w:sz w:val="22"/>
              </w:rPr>
            </w:pPr>
            <w:r>
              <w:rPr>
                <w:sz w:val="22"/>
              </w:rPr>
              <w:br/>
            </w:r>
            <w:r w:rsidR="00752A91" w:rsidRPr="00E9719D">
              <w:rPr>
                <w:sz w:val="22"/>
              </w:rPr>
              <w:t>☐</w:t>
            </w:r>
            <w:r w:rsidR="00752A91" w:rsidRPr="00E9719D">
              <w:rPr>
                <w:sz w:val="22"/>
              </w:rPr>
              <w:t xml:space="preserve"> Commendation / Positive Feedback</w:t>
            </w:r>
          </w:p>
        </w:tc>
        <w:tc>
          <w:tcPr>
            <w:tcW w:w="2664" w:type="dxa"/>
            <w:gridSpan w:val="2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03CB5253" w14:textId="0678DEE8" w:rsidR="00D11A3F" w:rsidRPr="00E9719D" w:rsidRDefault="00F3682B">
            <w:pPr>
              <w:jc w:val="center"/>
              <w:rPr>
                <w:sz w:val="22"/>
              </w:rPr>
            </w:pPr>
            <w:r>
              <w:rPr>
                <w:sz w:val="22"/>
              </w:rPr>
              <w:br/>
            </w:r>
            <w:r w:rsidR="00752A91" w:rsidRPr="00E9719D">
              <w:rPr>
                <w:sz w:val="22"/>
              </w:rPr>
              <w:t>☐</w:t>
            </w:r>
            <w:r w:rsidR="00752A91" w:rsidRPr="00E9719D">
              <w:rPr>
                <w:sz w:val="22"/>
              </w:rPr>
              <w:t xml:space="preserve"> Other</w:t>
            </w:r>
          </w:p>
        </w:tc>
      </w:tr>
      <w:tr w:rsidR="00D11A3F" w:rsidRPr="00E9719D" w14:paraId="1459F525" w14:textId="77777777">
        <w:trPr>
          <w:gridAfter w:val="1"/>
          <w:wAfter w:w="30" w:type="dxa"/>
          <w:jc w:val="center"/>
        </w:trPr>
        <w:tc>
          <w:tcPr>
            <w:tcW w:w="10656" w:type="dxa"/>
            <w:gridSpan w:val="4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752D5B" w14:textId="77777777" w:rsidR="00D11A3F" w:rsidRPr="00E9719D" w:rsidRDefault="00752A91">
            <w:pPr>
              <w:rPr>
                <w:sz w:val="22"/>
              </w:rPr>
            </w:pPr>
            <w:r w:rsidRPr="00E9719D">
              <w:rPr>
                <w:b/>
                <w:sz w:val="22"/>
              </w:rPr>
              <w:t>YOUR INFORMATION</w:t>
            </w:r>
          </w:p>
        </w:tc>
      </w:tr>
    </w:tbl>
    <w:p w14:paraId="5A1E544C" w14:textId="44321067" w:rsidR="00D11A3F" w:rsidRPr="00E9719D" w:rsidRDefault="00F3682B">
      <w:pPr>
        <w:spacing w:after="40"/>
        <w:rPr>
          <w:sz w:val="22"/>
        </w:rPr>
      </w:pPr>
      <w:r>
        <w:rPr>
          <w:sz w:val="22"/>
        </w:rPr>
        <w:br/>
      </w:r>
      <w:r w:rsidR="00752A91" w:rsidRPr="00E9719D">
        <w:rPr>
          <w:sz w:val="22"/>
        </w:rPr>
        <w:t>Name: __________________________________________________________________________</w:t>
      </w:r>
      <w:r w:rsidR="00752A91" w:rsidRPr="00E9719D">
        <w:rPr>
          <w:sz w:val="22"/>
        </w:rPr>
        <w:t>_</w:t>
      </w:r>
    </w:p>
    <w:p w14:paraId="5894C8DD" w14:textId="3155A7FC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>Address: ________________________________________________________________________</w:t>
      </w:r>
      <w:r w:rsidRPr="00E9719D">
        <w:rPr>
          <w:sz w:val="22"/>
        </w:rPr>
        <w:t>_</w:t>
      </w:r>
      <w:r w:rsidRPr="00E9719D">
        <w:rPr>
          <w:sz w:val="22"/>
        </w:rPr>
        <w:t>_</w:t>
      </w:r>
    </w:p>
    <w:p w14:paraId="5EEABDA5" w14:textId="77777777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>City/</w:t>
      </w:r>
      <w:proofErr w:type="gramStart"/>
      <w:r w:rsidRPr="00E9719D">
        <w:rPr>
          <w:sz w:val="22"/>
        </w:rPr>
        <w:t>Town: _</w:t>
      </w:r>
      <w:proofErr w:type="gramEnd"/>
      <w:r w:rsidRPr="00E9719D">
        <w:rPr>
          <w:sz w:val="22"/>
        </w:rPr>
        <w:t>_____________________________    State: ______    ZIP: __________</w:t>
      </w:r>
    </w:p>
    <w:p w14:paraId="6E7A4A57" w14:textId="77B4AF00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 xml:space="preserve">Phone: </w:t>
      </w:r>
      <w:r w:rsidRPr="00F3682B">
        <w:rPr>
          <w:sz w:val="22"/>
          <w:u w:val="single"/>
        </w:rPr>
        <w:t>_______________________</w:t>
      </w:r>
      <w:r w:rsidR="00F3682B">
        <w:rPr>
          <w:sz w:val="22"/>
        </w:rPr>
        <w:t xml:space="preserve">     </w:t>
      </w:r>
      <w:r w:rsidR="00F3682B" w:rsidRPr="00F3682B">
        <w:rPr>
          <w:sz w:val="22"/>
        </w:rPr>
        <w:t>Email:</w:t>
      </w:r>
      <w:r w:rsidR="00F3682B" w:rsidRPr="00F3682B">
        <w:rPr>
          <w:sz w:val="22"/>
          <w:u w:val="single"/>
        </w:rPr>
        <w:t xml:space="preserve"> _</w:t>
      </w:r>
      <w:r w:rsidRPr="00E9719D">
        <w:rPr>
          <w:sz w:val="22"/>
        </w:rPr>
        <w:t>___________________________________________</w:t>
      </w:r>
    </w:p>
    <w:p w14:paraId="6482DEEB" w14:textId="77777777" w:rsidR="00D11A3F" w:rsidRPr="00E9719D" w:rsidRDefault="00752A91">
      <w:pPr>
        <w:spacing w:after="80"/>
        <w:rPr>
          <w:sz w:val="22"/>
        </w:rPr>
      </w:pPr>
      <w:r w:rsidRPr="00E9719D">
        <w:rPr>
          <w:sz w:val="22"/>
        </w:rPr>
        <w:t>☐</w:t>
      </w:r>
      <w:r w:rsidRPr="00E9719D">
        <w:rPr>
          <w:sz w:val="22"/>
        </w:rPr>
        <w:t xml:space="preserve"> I would like to remain anonymous.</w:t>
      </w:r>
    </w:p>
    <w:p w14:paraId="0BAECC32" w14:textId="7F6797A8" w:rsidR="00D11A3F" w:rsidRPr="00E9719D" w:rsidRDefault="00752A91">
      <w:pPr>
        <w:spacing w:after="100"/>
        <w:rPr>
          <w:sz w:val="22"/>
        </w:rPr>
      </w:pPr>
      <w:r w:rsidRPr="00E9719D">
        <w:rPr>
          <w:i/>
          <w:sz w:val="22"/>
        </w:rPr>
        <w:t>Providing contact information allows the Department to follow up. Anonymous submissions are accepted, but follow-up may be limited.</w:t>
      </w:r>
      <w:r w:rsidR="00F3682B">
        <w:rPr>
          <w:i/>
          <w:sz w:val="22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D11A3F" w:rsidRPr="00E9719D" w14:paraId="5B9315A8" w14:textId="77777777">
        <w:trPr>
          <w:jc w:val="center"/>
        </w:trPr>
        <w:tc>
          <w:tcPr>
            <w:tcW w:w="10656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DC4014" w14:textId="77777777" w:rsidR="00D11A3F" w:rsidRPr="00E9719D" w:rsidRDefault="00752A91">
            <w:pPr>
              <w:rPr>
                <w:sz w:val="22"/>
              </w:rPr>
            </w:pPr>
            <w:r w:rsidRPr="00E9719D">
              <w:rPr>
                <w:b/>
                <w:sz w:val="22"/>
              </w:rPr>
              <w:t>INCIDENT / EMPLOYEE INFORMATION</w:t>
            </w:r>
          </w:p>
        </w:tc>
      </w:tr>
    </w:tbl>
    <w:p w14:paraId="34B2B86E" w14:textId="3DFF1F7B" w:rsidR="00D11A3F" w:rsidRPr="00E9719D" w:rsidRDefault="00F3682B">
      <w:pPr>
        <w:spacing w:after="40"/>
        <w:rPr>
          <w:sz w:val="22"/>
        </w:rPr>
      </w:pPr>
      <w:r>
        <w:rPr>
          <w:sz w:val="22"/>
        </w:rPr>
        <w:br/>
      </w:r>
      <w:r w:rsidRPr="00E9719D">
        <w:rPr>
          <w:sz w:val="22"/>
        </w:rPr>
        <w:t xml:space="preserve">Date: </w:t>
      </w:r>
      <w:r w:rsidR="00752A91" w:rsidRPr="00E9719D">
        <w:rPr>
          <w:sz w:val="22"/>
        </w:rPr>
        <w:t xml:space="preserve">___________________    Approx. Time: __________    </w:t>
      </w:r>
      <w:proofErr w:type="gramStart"/>
      <w:r w:rsidRPr="00E9719D">
        <w:rPr>
          <w:sz w:val="22"/>
        </w:rPr>
        <w:t>Location:_</w:t>
      </w:r>
      <w:proofErr w:type="gramEnd"/>
      <w:r w:rsidR="00752A91" w:rsidRPr="00E9719D">
        <w:rPr>
          <w:sz w:val="22"/>
        </w:rPr>
        <w:t>________________________________</w:t>
      </w:r>
    </w:p>
    <w:p w14:paraId="475A2B1A" w14:textId="0124398E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 xml:space="preserve">Officer/Employee Name or Description, if </w:t>
      </w:r>
      <w:r w:rsidR="00F3682B" w:rsidRPr="00E9719D">
        <w:rPr>
          <w:sz w:val="22"/>
        </w:rPr>
        <w:t>known: _</w:t>
      </w:r>
      <w:r w:rsidRPr="00E9719D">
        <w:rPr>
          <w:sz w:val="22"/>
        </w:rPr>
        <w:t>__________________________________________________________________________</w:t>
      </w:r>
    </w:p>
    <w:p w14:paraId="693467CC" w14:textId="77777777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>Report/Case Number, if known: ___________________________________________________________________________</w:t>
      </w:r>
    </w:p>
    <w:p w14:paraId="1A7EF7C5" w14:textId="328546EF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>Vehicle/Badge Number or Other Identifying Information: ___________________________________________________________________________</w:t>
      </w:r>
      <w:r w:rsidR="00F3682B">
        <w:rPr>
          <w:sz w:val="22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D11A3F" w:rsidRPr="00E9719D" w14:paraId="12E2E4C8" w14:textId="77777777">
        <w:trPr>
          <w:jc w:val="center"/>
        </w:trPr>
        <w:tc>
          <w:tcPr>
            <w:tcW w:w="10656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F4014F" w14:textId="77777777" w:rsidR="00D11A3F" w:rsidRPr="00E9719D" w:rsidRDefault="00752A91">
            <w:pPr>
              <w:rPr>
                <w:sz w:val="22"/>
              </w:rPr>
            </w:pPr>
            <w:r w:rsidRPr="00E9719D">
              <w:rPr>
                <w:b/>
                <w:sz w:val="22"/>
              </w:rPr>
              <w:t>YOUR FEEDBACK</w:t>
            </w:r>
          </w:p>
        </w:tc>
      </w:tr>
    </w:tbl>
    <w:p w14:paraId="256F7F29" w14:textId="0F4A5AAD" w:rsidR="00D11A3F" w:rsidRPr="00E9719D" w:rsidRDefault="00F3682B">
      <w:pPr>
        <w:spacing w:after="40"/>
        <w:rPr>
          <w:sz w:val="22"/>
        </w:rPr>
      </w:pPr>
      <w:r>
        <w:rPr>
          <w:sz w:val="22"/>
        </w:rPr>
        <w:br/>
      </w:r>
      <w:r w:rsidR="00752A91" w:rsidRPr="00E9719D">
        <w:rPr>
          <w:sz w:val="22"/>
        </w:rPr>
        <w:t>Describe the incident, concern, suggestion, or commendation. Include relevant facts, dates, locations, names, and other information that may assist the Department.</w:t>
      </w:r>
    </w:p>
    <w:p w14:paraId="739926B2" w14:textId="1586D3D3" w:rsidR="00D11A3F" w:rsidRPr="00E9719D" w:rsidRDefault="00752A91">
      <w:pPr>
        <w:spacing w:after="20"/>
        <w:rPr>
          <w:sz w:val="22"/>
        </w:rPr>
      </w:pPr>
      <w:r w:rsidRPr="00E9719D">
        <w:rPr>
          <w:sz w:val="22"/>
        </w:rPr>
        <w:t>__</w:t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lastRenderedPageBreak/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E9719D">
        <w:rPr>
          <w:sz w:val="22"/>
          <w:u w:val="single"/>
        </w:rPr>
        <w:tab/>
      </w:r>
      <w:r w:rsidR="00F3682B">
        <w:rPr>
          <w:sz w:val="22"/>
          <w:u w:val="single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D11A3F" w:rsidRPr="00E9719D" w14:paraId="07D74625" w14:textId="77777777">
        <w:trPr>
          <w:jc w:val="center"/>
        </w:trPr>
        <w:tc>
          <w:tcPr>
            <w:tcW w:w="10656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56E69A2" w14:textId="77777777" w:rsidR="00D11A3F" w:rsidRPr="00E9719D" w:rsidRDefault="00752A91">
            <w:pPr>
              <w:rPr>
                <w:sz w:val="22"/>
              </w:rPr>
            </w:pPr>
            <w:r w:rsidRPr="00E9719D">
              <w:rPr>
                <w:b/>
                <w:sz w:val="22"/>
              </w:rPr>
              <w:t>IF THIS IS A COMPLAINT OR CONCERN</w:t>
            </w:r>
          </w:p>
        </w:tc>
      </w:tr>
    </w:tbl>
    <w:p w14:paraId="68AAA832" w14:textId="393DB4B5" w:rsidR="00D11A3F" w:rsidRPr="00E9719D" w:rsidRDefault="00F3682B">
      <w:pPr>
        <w:spacing w:after="40"/>
        <w:rPr>
          <w:sz w:val="22"/>
        </w:rPr>
      </w:pPr>
      <w:r>
        <w:rPr>
          <w:sz w:val="22"/>
        </w:rPr>
        <w:br/>
      </w:r>
      <w:r w:rsidR="00752A91" w:rsidRPr="00E9719D">
        <w:rPr>
          <w:sz w:val="22"/>
        </w:rPr>
        <w:t>What action or resolution are you requesting, if any: ___________________________________________________________________________</w:t>
      </w:r>
    </w:p>
    <w:p w14:paraId="76036D30" w14:textId="77777777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>Witnesses or other relevant individuals:  ☐ No   ☐ Yes</w:t>
      </w:r>
    </w:p>
    <w:p w14:paraId="7C80C145" w14:textId="77777777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>Names/Contact Information, if known: ___________________________________________________________________________</w:t>
      </w:r>
    </w:p>
    <w:p w14:paraId="72837790" w14:textId="0648FDCF" w:rsidR="00D11A3F" w:rsidRPr="00E9719D" w:rsidRDefault="00752A91">
      <w:pPr>
        <w:spacing w:after="80"/>
        <w:rPr>
          <w:sz w:val="22"/>
        </w:rPr>
      </w:pPr>
      <w:r w:rsidRPr="00E9719D">
        <w:rPr>
          <w:sz w:val="22"/>
        </w:rPr>
        <w:t>Attachments included: ☐ No   ☐ Yes    Number of pages/items: __________</w:t>
      </w:r>
      <w:r w:rsidR="00F3682B">
        <w:rPr>
          <w:sz w:val="22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D11A3F" w:rsidRPr="00E9719D" w14:paraId="5879DB2F" w14:textId="77777777">
        <w:trPr>
          <w:jc w:val="center"/>
        </w:trPr>
        <w:tc>
          <w:tcPr>
            <w:tcW w:w="10656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88EC720" w14:textId="77777777" w:rsidR="00D11A3F" w:rsidRPr="00E9719D" w:rsidRDefault="00752A91">
            <w:pPr>
              <w:rPr>
                <w:sz w:val="22"/>
              </w:rPr>
            </w:pPr>
            <w:r w:rsidRPr="00E9719D">
              <w:rPr>
                <w:b/>
                <w:sz w:val="22"/>
              </w:rPr>
              <w:t>CERTIFICATION</w:t>
            </w:r>
          </w:p>
        </w:tc>
      </w:tr>
    </w:tbl>
    <w:p w14:paraId="55DA7BA1" w14:textId="74D04BFE" w:rsidR="00D11A3F" w:rsidRPr="00E9719D" w:rsidRDefault="00752A91">
      <w:pPr>
        <w:spacing w:after="60"/>
        <w:rPr>
          <w:sz w:val="22"/>
        </w:rPr>
      </w:pPr>
      <w:r w:rsidRPr="00E9719D">
        <w:rPr>
          <w:sz w:val="22"/>
        </w:rPr>
        <w:t>I certify that the information provided is true and accurate to the best of my knowledge. I understand that this form does not constitute an emergency report and does not replace contacting the Northfield Police Department for an incident requiring an immediate response.</w:t>
      </w:r>
      <w:r w:rsidR="00F3682B">
        <w:rPr>
          <w:sz w:val="22"/>
        </w:rPr>
        <w:br/>
      </w:r>
    </w:p>
    <w:p w14:paraId="39C5BC5C" w14:textId="76005850" w:rsidR="00D11A3F" w:rsidRPr="00E9719D" w:rsidRDefault="00752A91">
      <w:pPr>
        <w:spacing w:after="80"/>
        <w:rPr>
          <w:sz w:val="22"/>
        </w:rPr>
      </w:pPr>
      <w:r w:rsidRPr="00E9719D">
        <w:rPr>
          <w:sz w:val="22"/>
        </w:rPr>
        <w:t>Signature: __________________________________________    Date: ____________________</w:t>
      </w:r>
      <w:r w:rsidR="00F3682B">
        <w:rPr>
          <w:sz w:val="22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D11A3F" w:rsidRPr="00E9719D" w14:paraId="0392940F" w14:textId="77777777">
        <w:trPr>
          <w:jc w:val="center"/>
        </w:trPr>
        <w:tc>
          <w:tcPr>
            <w:tcW w:w="10656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1D7EC56" w14:textId="77777777" w:rsidR="00D11A3F" w:rsidRPr="00E9719D" w:rsidRDefault="00752A91">
            <w:pPr>
              <w:rPr>
                <w:sz w:val="22"/>
              </w:rPr>
            </w:pPr>
            <w:r w:rsidRPr="00E9719D">
              <w:rPr>
                <w:b/>
                <w:sz w:val="22"/>
              </w:rPr>
              <w:t>FOR DEPARTMENT USE ONLY</w:t>
            </w:r>
          </w:p>
        </w:tc>
      </w:tr>
    </w:tbl>
    <w:p w14:paraId="2946BDD2" w14:textId="660C215A" w:rsidR="00D11A3F" w:rsidRPr="00E9719D" w:rsidRDefault="00F3682B">
      <w:pPr>
        <w:spacing w:after="40"/>
        <w:rPr>
          <w:sz w:val="22"/>
        </w:rPr>
      </w:pPr>
      <w:r>
        <w:rPr>
          <w:sz w:val="22"/>
        </w:rPr>
        <w:br/>
      </w:r>
      <w:r w:rsidR="00752A91" w:rsidRPr="00E9719D">
        <w:rPr>
          <w:sz w:val="22"/>
        </w:rPr>
        <w:t xml:space="preserve">Date Received: __________________    Received By: __________________    </w:t>
      </w:r>
      <w:r w:rsidR="00E9719D">
        <w:rPr>
          <w:sz w:val="22"/>
        </w:rPr>
        <w:tab/>
      </w:r>
      <w:r w:rsidR="00E9719D">
        <w:rPr>
          <w:sz w:val="22"/>
        </w:rPr>
        <w:br/>
      </w:r>
      <w:r w:rsidR="00752A91" w:rsidRPr="00E9719D">
        <w:rPr>
          <w:sz w:val="22"/>
        </w:rPr>
        <w:t>Complaint/Feedback #: __________________</w:t>
      </w:r>
    </w:p>
    <w:p w14:paraId="19ECE7E0" w14:textId="77777777" w:rsidR="00D11A3F" w:rsidRPr="00E9719D" w:rsidRDefault="00752A91">
      <w:pPr>
        <w:spacing w:after="40"/>
        <w:rPr>
          <w:sz w:val="22"/>
        </w:rPr>
      </w:pPr>
      <w:r w:rsidRPr="00E9719D">
        <w:rPr>
          <w:sz w:val="22"/>
        </w:rPr>
        <w:t xml:space="preserve">Assigned To: </w:t>
      </w:r>
      <w:proofErr w:type="gramStart"/>
      <w:r w:rsidRPr="00F3682B">
        <w:rPr>
          <w:sz w:val="22"/>
          <w:u w:val="single"/>
        </w:rPr>
        <w:t xml:space="preserve">__________________________________________   </w:t>
      </w:r>
      <w:proofErr w:type="gramEnd"/>
      <w:r w:rsidRPr="00E9719D">
        <w:rPr>
          <w:sz w:val="22"/>
        </w:rPr>
        <w:t xml:space="preserve"> Follow-Up Required: ☐ No   ☐ Yes</w:t>
      </w:r>
    </w:p>
    <w:p w14:paraId="308833E6" w14:textId="469992C0" w:rsidR="00D11A3F" w:rsidRPr="00F3682B" w:rsidRDefault="00752A91">
      <w:pPr>
        <w:spacing w:after="40"/>
        <w:rPr>
          <w:sz w:val="22"/>
          <w:u w:val="single"/>
        </w:rPr>
      </w:pPr>
      <w:r w:rsidRPr="00E9719D">
        <w:rPr>
          <w:sz w:val="22"/>
        </w:rPr>
        <w:t xml:space="preserve">Disposition / Action Taken: </w:t>
      </w:r>
      <w:r w:rsidRPr="00F3682B">
        <w:rPr>
          <w:sz w:val="22"/>
          <w:u w:val="single"/>
        </w:rPr>
        <w:t>_</w:t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  <w:r w:rsidR="00F3682B">
        <w:rPr>
          <w:sz w:val="22"/>
          <w:u w:val="single"/>
        </w:rPr>
        <w:tab/>
      </w:r>
    </w:p>
    <w:p w14:paraId="34966722" w14:textId="79C77B40" w:rsidR="00D11A3F" w:rsidRPr="00E9719D" w:rsidRDefault="00752A91">
      <w:pPr>
        <w:spacing w:after="60"/>
        <w:rPr>
          <w:sz w:val="22"/>
        </w:rPr>
      </w:pPr>
      <w:r w:rsidRPr="00E9719D">
        <w:rPr>
          <w:sz w:val="22"/>
        </w:rPr>
        <w:t xml:space="preserve">Date Closed: __________________    Supervisor Review: ______________________________    </w:t>
      </w:r>
      <w:r w:rsidR="00F3682B">
        <w:rPr>
          <w:sz w:val="22"/>
        </w:rPr>
        <w:tab/>
      </w:r>
      <w:r w:rsidR="00F3682B">
        <w:rPr>
          <w:sz w:val="22"/>
        </w:rPr>
        <w:br/>
      </w:r>
      <w:r w:rsidRPr="00E9719D">
        <w:rPr>
          <w:sz w:val="22"/>
        </w:rPr>
        <w:t>Date: __________</w:t>
      </w:r>
    </w:p>
    <w:sectPr w:rsidR="00D11A3F" w:rsidRPr="00E9719D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3CF4F" w14:textId="77777777" w:rsidR="00752A91" w:rsidRDefault="00752A91">
      <w:pPr>
        <w:spacing w:after="0" w:line="240" w:lineRule="auto"/>
      </w:pPr>
      <w:r>
        <w:separator/>
      </w:r>
    </w:p>
  </w:endnote>
  <w:endnote w:type="continuationSeparator" w:id="0">
    <w:p w14:paraId="34B47D88" w14:textId="77777777" w:rsidR="00752A91" w:rsidRDefault="00752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CC8FD" w14:textId="77777777" w:rsidR="00752A91" w:rsidRDefault="00752A91">
      <w:pPr>
        <w:spacing w:after="0" w:line="240" w:lineRule="auto"/>
      </w:pPr>
      <w:r>
        <w:separator/>
      </w:r>
    </w:p>
  </w:footnote>
  <w:footnote w:type="continuationSeparator" w:id="0">
    <w:p w14:paraId="3A28A509" w14:textId="77777777" w:rsidR="00752A91" w:rsidRDefault="00752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8802489">
    <w:abstractNumId w:val="8"/>
  </w:num>
  <w:num w:numId="2" w16cid:durableId="1375079881">
    <w:abstractNumId w:val="6"/>
  </w:num>
  <w:num w:numId="3" w16cid:durableId="1626080745">
    <w:abstractNumId w:val="5"/>
  </w:num>
  <w:num w:numId="4" w16cid:durableId="1176504035">
    <w:abstractNumId w:val="4"/>
  </w:num>
  <w:num w:numId="5" w16cid:durableId="1764376851">
    <w:abstractNumId w:val="7"/>
  </w:num>
  <w:num w:numId="6" w16cid:durableId="1858884668">
    <w:abstractNumId w:val="3"/>
  </w:num>
  <w:num w:numId="7" w16cid:durableId="1451240670">
    <w:abstractNumId w:val="2"/>
  </w:num>
  <w:num w:numId="8" w16cid:durableId="2071224441">
    <w:abstractNumId w:val="1"/>
  </w:num>
  <w:num w:numId="9" w16cid:durableId="138401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52A91"/>
    <w:rsid w:val="00914D0C"/>
    <w:rsid w:val="00AA1D8D"/>
    <w:rsid w:val="00B47730"/>
    <w:rsid w:val="00B51666"/>
    <w:rsid w:val="00C40875"/>
    <w:rsid w:val="00CB0664"/>
    <w:rsid w:val="00D11A3F"/>
    <w:rsid w:val="00E9719D"/>
    <w:rsid w:val="00F368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3BDD87"/>
  <w14:defaultImageDpi w14:val="330"/>
  <w15:docId w15:val="{3DBA96DE-392C-4EEE-AA96-9AD919BC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507</Words>
  <Characters>2562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Moulton</cp:lastModifiedBy>
  <cp:revision>2</cp:revision>
  <dcterms:created xsi:type="dcterms:W3CDTF">2026-09-24T18:25:00Z</dcterms:created>
  <dcterms:modified xsi:type="dcterms:W3CDTF">2026-09-24T18:25:00Z</dcterms:modified>
  <cp:category/>
</cp:coreProperties>
</file>